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CLIENT REFERRAL FORM</w:t>
      </w:r>
    </w:p>
    <w:p>
      <w:pPr>
        <w:jc w:val="center"/>
      </w:pPr>
      <w:r>
        <w:t>(NDIS | HCP | Support at Home | Private Clients)</w:t>
      </w:r>
    </w:p>
    <w:p>
      <w:r>
        <w:t>Website: www.aureviahealthcare.com.au | Email: info@aureviahealthcare.com.au | Phone: 0437 514 166</w:t>
      </w:r>
    </w:p>
    <w:p>
      <w:r>
        <w:rPr>
          <w:b/>
          <w:sz w:val="28"/>
        </w:rPr>
        <w:t>1. REFERRER DETAILS</w:t>
      </w:r>
    </w:p>
    <w:p>
      <w:r>
        <w:t>Referrer Name: ______________________________</w:t>
      </w:r>
    </w:p>
    <w:p>
      <w:r>
        <w:t>Organisation: ______________________________</w:t>
      </w:r>
    </w:p>
    <w:p>
      <w:r>
        <w:t>Role / Position: ______________________________</w:t>
      </w:r>
    </w:p>
    <w:p>
      <w:r>
        <w:t>Phone Number: ______________________________</w:t>
      </w:r>
    </w:p>
    <w:p>
      <w:r>
        <w:t>Email Address: ______________________________</w:t>
      </w:r>
    </w:p>
    <w:p>
      <w:r>
        <w:t>Date of Referral: ______________________________</w:t>
      </w:r>
    </w:p>
    <w:p>
      <w:r>
        <w:rPr>
          <w:b/>
          <w:sz w:val="28"/>
        </w:rPr>
        <w:t>2. CLIENT DETAILS</w:t>
      </w:r>
    </w:p>
    <w:p>
      <w:r>
        <w:t>Full Name: ______________________________</w:t>
      </w:r>
    </w:p>
    <w:p>
      <w:r>
        <w:t>Date of Birth: ______________________________</w:t>
      </w:r>
    </w:p>
    <w:p>
      <w:r>
        <w:t>Address: ______________________________</w:t>
      </w:r>
    </w:p>
    <w:p>
      <w:r>
        <w:t>Suburb: ______________________________</w:t>
      </w:r>
    </w:p>
    <w:p>
      <w:r>
        <w:t>Postcode: ______________________________</w:t>
      </w:r>
    </w:p>
    <w:p>
      <w:r>
        <w:t>Phone Number: ______________________________</w:t>
      </w:r>
    </w:p>
    <w:p>
      <w:r>
        <w:t>Email: ______________________________</w:t>
      </w:r>
    </w:p>
    <w:p>
      <w:r>
        <w:t>Preferred Language: ______________________________</w:t>
      </w:r>
    </w:p>
    <w:p>
      <w:r>
        <w:rPr>
          <w:b/>
          <w:sz w:val="28"/>
        </w:rPr>
        <w:t>3. FUNDING TYPE</w:t>
      </w:r>
    </w:p>
    <w:p>
      <w:r>
        <w:t>☐ NDIS    ☐ HCP    ☐ SAH    ☐ Private</w:t>
      </w:r>
    </w:p>
    <w:p>
      <w:r>
        <w:rPr>
          <w:b/>
          <w:sz w:val="28"/>
        </w:rPr>
        <w:t>4. NDIS PARTICIPANTS ONLY</w:t>
      </w:r>
    </w:p>
    <w:p>
      <w:r>
        <w:t>NDIS Number: ______________________________</w:t>
      </w:r>
    </w:p>
    <w:p>
      <w:r>
        <w:t>Plan Start Date: ______________________________</w:t>
      </w:r>
    </w:p>
    <w:p>
      <w:r>
        <w:t>Plan End Date: ______________________________</w:t>
      </w:r>
    </w:p>
    <w:p>
      <w:r>
        <w:t>Plan Manager Name: ______________________________</w:t>
      </w:r>
    </w:p>
    <w:p>
      <w:r>
        <w:t>Plan Manager Contact: ______________________________</w:t>
      </w:r>
    </w:p>
    <w:p>
      <w:r>
        <w:t>Support Coordinator Name: ______________________________</w:t>
      </w:r>
    </w:p>
    <w:p>
      <w:r>
        <w:t>Support Coordinator Contact: ______________________________</w:t>
      </w:r>
    </w:p>
    <w:p>
      <w:r>
        <w:t>Diagnosis: ______________________________</w:t>
      </w:r>
    </w:p>
    <w:p>
      <w:r>
        <w:rPr>
          <w:b/>
          <w:sz w:val="28"/>
        </w:rPr>
        <w:t>5. HCP / SAH / PRIVATE</w:t>
      </w:r>
    </w:p>
    <w:p>
      <w:r>
        <w:t>Package Provider Name: ______________________________</w:t>
      </w:r>
    </w:p>
    <w:p>
      <w:r>
        <w:t>Case Manager Name: ______________________________</w:t>
      </w:r>
    </w:p>
    <w:p>
      <w:r>
        <w:t>Case Manager Contact: ______________________________</w:t>
      </w:r>
    </w:p>
    <w:p>
      <w:r>
        <w:t>Package Level: ______________________________</w:t>
      </w:r>
    </w:p>
    <w:p>
      <w:r>
        <w:t>Diagnosis: ______________________________</w:t>
      </w:r>
    </w:p>
    <w:p>
      <w:r>
        <w:rPr>
          <w:b/>
          <w:sz w:val="28"/>
        </w:rPr>
        <w:t>6. SERVICES REQUIRED</w:t>
      </w:r>
    </w:p>
    <w:p>
      <w:r>
        <w:t>Allied Health: ☐ Physio ☐ OT ☐ Podiatry ☐ EP ☐ Dietetics ☐ Speech</w:t>
      </w:r>
    </w:p>
    <w:p>
      <w:r>
        <w:t>Community: ☐ Personal Care ☐ Domestic ☐ Transport ☐ Social ☐ Respite</w:t>
      </w:r>
    </w:p>
    <w:p>
      <w:r>
        <w:t>Equipment: ☐ AT ☐ Home Mods ☐ Mobility Aids</w:t>
      </w:r>
    </w:p>
    <w:p>
      <w:r>
        <w:rPr>
          <w:b/>
          <w:sz w:val="28"/>
        </w:rPr>
        <w:t>Service Frequency</w:t>
      </w:r>
    </w:p>
    <w:p>
      <w:r>
        <w:t>Service: ______  Frequency: ______  Notes: ______</w:t>
      </w:r>
    </w:p>
    <w:p>
      <w:r>
        <w:t>Service: ______  Frequency: ______  Notes: ______</w:t>
      </w:r>
    </w:p>
    <w:p>
      <w:r>
        <w:t>Service: ______  Frequency: ______  Notes: ______</w:t>
      </w:r>
    </w:p>
    <w:p>
      <w:r>
        <w:rPr>
          <w:b/>
          <w:sz w:val="28"/>
        </w:rPr>
        <w:t>7. HEALTH INFORMATION</w:t>
      </w:r>
    </w:p>
    <w:p>
      <w:r>
        <w:t>Primary Diagnosis: ______________________________</w:t>
      </w:r>
    </w:p>
    <w:p>
      <w:r>
        <w:t>Medical History: ______________________________</w:t>
      </w:r>
    </w:p>
    <w:p>
      <w:r>
        <w:t>Mobility: ☐ Independent ☐ Assistance ☐ Wheelchair</w:t>
      </w:r>
    </w:p>
    <w:p>
      <w:r>
        <w:t>Cognitive: ☐ None ☐ Mild ☐ Moderate ☐ Advanced</w:t>
      </w:r>
    </w:p>
    <w:p>
      <w:r>
        <w:rPr>
          <w:b/>
          <w:sz w:val="28"/>
        </w:rPr>
        <w:t>8. GOALS</w:t>
      </w:r>
    </w:p>
    <w:p>
      <w:r>
        <w:t>________________________________________</w:t>
      </w:r>
    </w:p>
    <w:p>
      <w:r>
        <w:rPr>
          <w:b/>
          <w:sz w:val="28"/>
        </w:rPr>
        <w:t>9. CONSENT</w:t>
      </w:r>
    </w:p>
    <w:p>
      <w:r>
        <w:t>☐ Consent obtained to share referral</w:t>
      </w:r>
    </w:p>
    <w:p>
      <w:r>
        <w:t>Name: ______________________________</w:t>
      </w:r>
    </w:p>
    <w:p>
      <w:r>
        <w:t>Signature: ______________________________</w:t>
      </w:r>
    </w:p>
    <w:p>
      <w:r>
        <w:t>Date: ______________________________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2286000" cy="91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HOTO-2026-04-24-17-11-1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91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